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 w:eastAsia="Calibri"/>
          <w:b/>
          <w:color w:val="1F6B4A"/>
          <w:sz w:val="36"/>
        </w:rPr>
        <w:t>Инструкция по чат-боту «Заказы на объект»</w:t>
      </w:r>
    </w:p>
    <w:p>
      <w:r>
        <w:rPr>
          <w:rFonts w:ascii="Calibri" w:hAnsi="Calibri" w:eastAsia="Calibri"/>
          <w:b w:val="0"/>
          <w:color w:val="555555"/>
          <w:sz w:val="24"/>
        </w:rPr>
        <w:t>Это не канал и не обычная беседа. Один бот: заявки, отклики и общий чат. ВКонтакте и Telegram — одна лента.</w:t>
      </w:r>
    </w:p>
    <w:p>
      <w:r>
        <w:rPr>
          <w:rFonts w:ascii="Calibri" w:hAnsi="Calibri" w:eastAsia="Calibri"/>
          <w:b w:val="0"/>
          <w:color w:val="222222"/>
          <w:sz w:val="24"/>
        </w:rPr>
        <w:t>Telegram: @zakazy_na_obiekt_bot   https://t.me/zakazy_na_obiekt_bot</w:t>
      </w:r>
    </w:p>
    <w:p>
      <w:r>
        <w:rPr>
          <w:rFonts w:ascii="Calibri" w:hAnsi="Calibri" w:eastAsia="Calibri"/>
          <w:b w:val="0"/>
          <w:color w:val="222222"/>
          <w:sz w:val="24"/>
        </w:rPr>
        <w:t>ВКонтакте: https://vk.ru/zakazy_na_obiekt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Где что лежит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Карточка бота (Чат / Звук / Ещё) — настройки Telegram, не меню.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Меню бота — кнопки под полем ввода в самом диалоге.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Общий чат — тот же диалог: нажали «Чат …10», пишете в «Сообщение».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Отдельной группы со списком участников нет: каждый пишет боту, лента общая.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Кнопки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Смотреть заказы — лента заявок по одной.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Создать заказ — мастер из 5 шагов.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Мой профиль — телефон, город, навыки, анкета. «Назад» внизу списка.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Чат …10 — последние сообщения и статус «N чел. / онлайн M».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Сколько человек</w:t>
      </w:r>
    </w:p>
    <w:p>
      <w:r>
        <w:rPr>
          <w:rFonts w:ascii="Calibri" w:hAnsi="Calibri" w:eastAsia="Calibri"/>
          <w:b w:val="0"/>
          <w:color w:val="222222"/>
          <w:sz w:val="24"/>
        </w:rPr>
        <w:t>Цифры не на странице «о боте». В диалоге нажмите «Чат …10». Строка: «Статус · N чел. / онлайн M». Это все, кто в боте (ВК и Телеграм вместе).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Телефон и компьютер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На телефоне кнопки обычно сразу видны.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На компьютере клавиатура часто спрятана — значок клавиатуры/сетки у поля ввода.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Прокрутите кнопки: «Назад» в профиле в самом низу.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Нет кнопок — напишите Назад или /start.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Чат и заказы не путать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Любой текст в чате уходит всем. «Посмотреть заказы» словами — сообщение людям, не лента.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Заказы — только кнопкой «Смотреть заказы».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Лишнее — «Удалить у всех».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Как устроен показ заказов</w:t>
      </w:r>
    </w:p>
    <w:p>
      <w:r>
        <w:rPr>
          <w:rFonts w:ascii="Calibri" w:hAnsi="Calibri" w:eastAsia="Calibri"/>
          <w:b w:val="0"/>
          <w:color w:val="222222"/>
          <w:sz w:val="24"/>
        </w:rPr>
        <w:t>Рядом / Все / Мои. Один заказ на экран: «Заказ 1 из N». Дальше — «Ещё заказ →». Так лента не вываливается сотней карточек.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Конфиденциальность и спам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Чат видят только те, кто зашёл в бота, это не публичный канал на весь интернет.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Телефон заказчика скрыт, пока он сам не одобрит отклик.</w:t>
      </w:r>
    </w:p>
    <w:p>
      <w:pPr>
        <w:pStyle w:val="ListBullet"/>
      </w:pPr>
      <w:r>
        <w:rPr>
          <w:rFonts w:ascii="Calibri" w:hAnsi="Calibri" w:eastAsia="Calibri"/>
          <w:b w:val="0"/>
          <w:color w:val="222222"/>
          <w:sz w:val="24"/>
        </w:rPr>
        <w:t>Есть модерация, бан и удаление сообщения у всех.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Регистрация</w:t>
      </w:r>
    </w:p>
    <w:p>
      <w:r>
        <w:rPr>
          <w:rFonts w:ascii="Calibri" w:hAnsi="Calibri" w:eastAsia="Calibri"/>
          <w:b w:val="0"/>
          <w:color w:val="222222"/>
          <w:sz w:val="24"/>
        </w:rPr>
        <w:t>Одной строкой: +79001234567 Иван. Дата рождения — секретный код к номеру. Потом город и (для откликов) навыки.</w:t>
      </w:r>
    </w:p>
    <w:p>
      <w:pPr>
        <w:pStyle w:val="Heading2"/>
      </w:pPr>
      <w:r>
        <w:rPr>
          <w:rFonts w:ascii="Calibri" w:hAnsi="Calibri" w:eastAsia="Calibri"/>
          <w:b/>
          <w:color w:val="1F6B4A"/>
          <w:sz w:val="28"/>
        </w:rPr>
        <w:t>Текст для навигационного поста</w:t>
      </w:r>
    </w:p>
    <w:p>
      <w:r>
        <w:rPr>
          <w:rFonts w:ascii="Calibri" w:hAnsi="Calibri" w:eastAsia="Calibri"/>
          <w:b w:val="0"/>
          <w:color w:val="555555"/>
          <w:sz w:val="22"/>
        </w:rPr>
        <w:t>Бот «Заказы на объект»: заявки и общий чат в одном диалоге.</w:t>
        <w:br/>
        <w:t>• Нужен человек на объект — «Создать заказ».</w:t>
        <w:br/>
        <w:t>• Ищете работу — «Смотреть заказы», листать «Ещё заказ →».</w:t>
        <w:br/>
        <w:t>• Поговорить — кнопка «Чат». Писать в чат = всем. Заказы — только кнопкой.</w:t>
        <w:br/>
        <w:t>https://t.me/zakazy_na_obiekt_bot</w:t>
        <w:br/>
        <w:t>https://vk.ru/zakazy_na_obiekt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Calibri" w:hAnsi="Calibri"/>
      <w:color w:val="22222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чат-боту</dc:title>
  <dc:subject/>
  <dc:creator>Заказы на объект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